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5E972" w14:textId="47F2864B" w:rsidR="0044155D" w:rsidRPr="00873CBE" w:rsidRDefault="00873CBE">
      <w:pPr>
        <w:jc w:val="center"/>
        <w:rPr>
          <w:b/>
        </w:rPr>
      </w:pPr>
      <w:bookmarkStart w:id="0" w:name="_GoBack"/>
      <w:bookmarkEnd w:id="0"/>
      <w:r w:rsidRPr="00873CBE">
        <w:rPr>
          <w:b/>
          <w:sz w:val="24"/>
          <w:szCs w:val="24"/>
        </w:rPr>
        <w:t xml:space="preserve">ŠALČININKŲ R. </w:t>
      </w:r>
      <w:r w:rsidR="00B21A53">
        <w:rPr>
          <w:b/>
          <w:sz w:val="24"/>
          <w:szCs w:val="24"/>
        </w:rPr>
        <w:t>BUTRIMONIŲ IR JANČIŪNŲ UNIVERSALUSIS DAUGIAFUNKCIS CENTRAS</w:t>
      </w:r>
      <w:r w:rsidRPr="00873CBE">
        <w:rPr>
          <w:b/>
        </w:rPr>
        <w:br/>
      </w:r>
    </w:p>
    <w:p w14:paraId="52797169" w14:textId="272457D1" w:rsidR="0044155D" w:rsidRDefault="00D721B5">
      <w:pPr>
        <w:jc w:val="center"/>
      </w:pPr>
      <w:r>
        <w:rPr>
          <w:b/>
        </w:rPr>
        <w:t>DARBUOTOJŲ VIDUTINIS MĖNESINIS NUSTATYTASIS (PASKIRTASIS) DARBO UŽMOKESTIS</w:t>
      </w:r>
      <w:r>
        <w:rPr>
          <w:b/>
        </w:rPr>
        <w:br/>
      </w:r>
      <w:r w:rsidR="002E7F8D">
        <w:rPr>
          <w:b/>
        </w:rPr>
        <w:t>UŽ</w:t>
      </w:r>
      <w:r>
        <w:rPr>
          <w:b/>
        </w:rPr>
        <w:t xml:space="preserve"> 202</w:t>
      </w:r>
      <w:r w:rsidR="002238F4">
        <w:rPr>
          <w:b/>
        </w:rPr>
        <w:t>5</w:t>
      </w:r>
      <w:r>
        <w:rPr>
          <w:b/>
        </w:rPr>
        <w:t xml:space="preserve"> 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4"/>
        <w:gridCol w:w="2741"/>
        <w:gridCol w:w="2715"/>
      </w:tblGrid>
      <w:tr w:rsidR="0044155D" w14:paraId="16B54C42" w14:textId="77777777" w:rsidTr="00873CBE">
        <w:tc>
          <w:tcPr>
            <w:tcW w:w="3174" w:type="dxa"/>
          </w:tcPr>
          <w:p w14:paraId="1800AF6D" w14:textId="77777777" w:rsidR="0044155D" w:rsidRDefault="00D721B5">
            <w:proofErr w:type="spellStart"/>
            <w:r>
              <w:t>Pareigų</w:t>
            </w:r>
            <w:proofErr w:type="spellEnd"/>
            <w:r>
              <w:t xml:space="preserve"> (</w:t>
            </w:r>
            <w:proofErr w:type="spellStart"/>
            <w:r>
              <w:t>pareigybės</w:t>
            </w:r>
            <w:proofErr w:type="spellEnd"/>
            <w:r>
              <w:t xml:space="preserve">) </w:t>
            </w:r>
            <w:proofErr w:type="spellStart"/>
            <w:r>
              <w:t>pavadinimas</w:t>
            </w:r>
            <w:proofErr w:type="spellEnd"/>
          </w:p>
        </w:tc>
        <w:tc>
          <w:tcPr>
            <w:tcW w:w="2741" w:type="dxa"/>
          </w:tcPr>
          <w:p w14:paraId="6D5699C0" w14:textId="77777777" w:rsidR="0044155D" w:rsidRDefault="00D721B5">
            <w:proofErr w:type="spellStart"/>
            <w:r>
              <w:t>Darbuotojų</w:t>
            </w:r>
            <w:proofErr w:type="spellEnd"/>
            <w:r>
              <w:t xml:space="preserve"> </w:t>
            </w:r>
            <w:proofErr w:type="spellStart"/>
            <w:r>
              <w:t>skaičius</w:t>
            </w:r>
            <w:proofErr w:type="spellEnd"/>
          </w:p>
        </w:tc>
        <w:tc>
          <w:tcPr>
            <w:tcW w:w="2715" w:type="dxa"/>
          </w:tcPr>
          <w:p w14:paraId="2E553A96" w14:textId="77777777" w:rsidR="0044155D" w:rsidRDefault="00D721B5">
            <w:r>
              <w:t>Suma, Eur</w:t>
            </w:r>
          </w:p>
        </w:tc>
      </w:tr>
      <w:tr w:rsidR="0044155D" w14:paraId="111448AF" w14:textId="77777777" w:rsidTr="00873CBE">
        <w:tc>
          <w:tcPr>
            <w:tcW w:w="3174" w:type="dxa"/>
          </w:tcPr>
          <w:p w14:paraId="443B498E" w14:textId="77777777" w:rsidR="0044155D" w:rsidRDefault="00D721B5">
            <w:proofErr w:type="spellStart"/>
            <w:r>
              <w:t>Direktorius</w:t>
            </w:r>
            <w:proofErr w:type="spellEnd"/>
          </w:p>
        </w:tc>
        <w:tc>
          <w:tcPr>
            <w:tcW w:w="2741" w:type="dxa"/>
          </w:tcPr>
          <w:p w14:paraId="3181B4AA" w14:textId="77777777" w:rsidR="0044155D" w:rsidRDefault="00D721B5">
            <w:r>
              <w:t>1</w:t>
            </w:r>
          </w:p>
        </w:tc>
        <w:tc>
          <w:tcPr>
            <w:tcW w:w="2715" w:type="dxa"/>
          </w:tcPr>
          <w:p w14:paraId="57FC9CB2" w14:textId="77777777" w:rsidR="0044155D" w:rsidRDefault="00D721B5">
            <w:r>
              <w:t>*</w:t>
            </w:r>
          </w:p>
        </w:tc>
      </w:tr>
      <w:tr w:rsidR="0044155D" w14:paraId="12EA63EB" w14:textId="77777777" w:rsidTr="00873CBE">
        <w:tc>
          <w:tcPr>
            <w:tcW w:w="3174" w:type="dxa"/>
          </w:tcPr>
          <w:p w14:paraId="4D10CED0" w14:textId="49CE6A39" w:rsidR="0044155D" w:rsidRDefault="00B21A53">
            <w:proofErr w:type="spellStart"/>
            <w:r>
              <w:t>Neformalaus</w:t>
            </w:r>
            <w:proofErr w:type="spellEnd"/>
            <w:r>
              <w:t xml:space="preserve"> </w:t>
            </w:r>
            <w:proofErr w:type="spellStart"/>
            <w:r>
              <w:t>ugdymo</w:t>
            </w:r>
            <w:proofErr w:type="spellEnd"/>
            <w:r>
              <w:t xml:space="preserve"> </w:t>
            </w:r>
            <w:proofErr w:type="spellStart"/>
            <w:r>
              <w:t>mokytoja</w:t>
            </w:r>
            <w:proofErr w:type="spellEnd"/>
          </w:p>
        </w:tc>
        <w:tc>
          <w:tcPr>
            <w:tcW w:w="2741" w:type="dxa"/>
          </w:tcPr>
          <w:p w14:paraId="18DAD470" w14:textId="77777777" w:rsidR="0044155D" w:rsidRDefault="00D721B5">
            <w:r>
              <w:t>1</w:t>
            </w:r>
          </w:p>
        </w:tc>
        <w:tc>
          <w:tcPr>
            <w:tcW w:w="2715" w:type="dxa"/>
          </w:tcPr>
          <w:p w14:paraId="1E147C1F" w14:textId="77777777" w:rsidR="0044155D" w:rsidRDefault="00D721B5">
            <w:r>
              <w:t>*</w:t>
            </w:r>
          </w:p>
        </w:tc>
      </w:tr>
      <w:tr w:rsidR="00873CBE" w14:paraId="456F56F1" w14:textId="77777777" w:rsidTr="00873CBE">
        <w:tc>
          <w:tcPr>
            <w:tcW w:w="3174" w:type="dxa"/>
          </w:tcPr>
          <w:p w14:paraId="4507D9C1" w14:textId="39E3A0AC" w:rsidR="00873CBE" w:rsidRDefault="00873CBE" w:rsidP="00873CBE">
            <w:proofErr w:type="spellStart"/>
            <w:r>
              <w:t>Ikimokyklinio</w:t>
            </w:r>
            <w:proofErr w:type="spellEnd"/>
            <w:r>
              <w:t>/</w:t>
            </w:r>
            <w:proofErr w:type="spellStart"/>
            <w:r>
              <w:t>priešmokyklinio</w:t>
            </w:r>
            <w:proofErr w:type="spellEnd"/>
            <w:r>
              <w:t xml:space="preserve"> </w:t>
            </w:r>
            <w:proofErr w:type="spellStart"/>
            <w:r>
              <w:t>ugdymo</w:t>
            </w:r>
            <w:proofErr w:type="spellEnd"/>
            <w:r>
              <w:t xml:space="preserve"> </w:t>
            </w:r>
            <w:proofErr w:type="spellStart"/>
            <w:r>
              <w:t>mokytojas</w:t>
            </w:r>
            <w:proofErr w:type="spellEnd"/>
          </w:p>
        </w:tc>
        <w:tc>
          <w:tcPr>
            <w:tcW w:w="2741" w:type="dxa"/>
          </w:tcPr>
          <w:p w14:paraId="5939A178" w14:textId="246704AE" w:rsidR="00873CBE" w:rsidRDefault="00B21A53" w:rsidP="00873CBE">
            <w:r>
              <w:t>4</w:t>
            </w:r>
          </w:p>
        </w:tc>
        <w:tc>
          <w:tcPr>
            <w:tcW w:w="2715" w:type="dxa"/>
          </w:tcPr>
          <w:p w14:paraId="12F46910" w14:textId="104646CF" w:rsidR="00873CBE" w:rsidRDefault="002238F4" w:rsidP="00873CBE">
            <w:r>
              <w:t>1817,24</w:t>
            </w:r>
          </w:p>
        </w:tc>
      </w:tr>
      <w:tr w:rsidR="00873CBE" w14:paraId="50F33558" w14:textId="77777777" w:rsidTr="00873CBE">
        <w:tc>
          <w:tcPr>
            <w:tcW w:w="3174" w:type="dxa"/>
          </w:tcPr>
          <w:p w14:paraId="02CEF3BC" w14:textId="5A8F52B4" w:rsidR="00873CBE" w:rsidRDefault="00873CBE" w:rsidP="00873CBE">
            <w:proofErr w:type="spellStart"/>
            <w:r>
              <w:t>Mokytojo</w:t>
            </w:r>
            <w:proofErr w:type="spellEnd"/>
            <w:r w:rsidR="003A6CF0">
              <w:t xml:space="preserve"> </w:t>
            </w:r>
            <w:r>
              <w:t xml:space="preserve"> </w:t>
            </w:r>
            <w:proofErr w:type="spellStart"/>
            <w:r>
              <w:t>padėjėjas</w:t>
            </w:r>
            <w:proofErr w:type="spellEnd"/>
          </w:p>
        </w:tc>
        <w:tc>
          <w:tcPr>
            <w:tcW w:w="2741" w:type="dxa"/>
          </w:tcPr>
          <w:p w14:paraId="5869305D" w14:textId="2F0955E8" w:rsidR="00873CBE" w:rsidRDefault="00B21A53" w:rsidP="00873CBE">
            <w:r>
              <w:t>2</w:t>
            </w:r>
          </w:p>
        </w:tc>
        <w:tc>
          <w:tcPr>
            <w:tcW w:w="2715" w:type="dxa"/>
          </w:tcPr>
          <w:p w14:paraId="56713B0D" w14:textId="797DA64F" w:rsidR="00873CBE" w:rsidRDefault="002238F4" w:rsidP="00873CBE">
            <w:r>
              <w:t>1073,47</w:t>
            </w:r>
          </w:p>
        </w:tc>
      </w:tr>
      <w:tr w:rsidR="0044155D" w14:paraId="27B90BB6" w14:textId="77777777" w:rsidTr="00873CBE">
        <w:tc>
          <w:tcPr>
            <w:tcW w:w="3174" w:type="dxa"/>
          </w:tcPr>
          <w:p w14:paraId="1D523FB9" w14:textId="6CF9097A" w:rsidR="0044155D" w:rsidRDefault="00873CBE">
            <w:proofErr w:type="spellStart"/>
            <w:r>
              <w:t>Mokinio</w:t>
            </w:r>
            <w:proofErr w:type="spellEnd"/>
            <w:r>
              <w:t xml:space="preserve"> </w:t>
            </w:r>
            <w:proofErr w:type="spellStart"/>
            <w:r>
              <w:t>padejėj</w:t>
            </w:r>
            <w:r w:rsidR="003A6CF0">
              <w:t>as</w:t>
            </w:r>
            <w:proofErr w:type="spellEnd"/>
          </w:p>
        </w:tc>
        <w:tc>
          <w:tcPr>
            <w:tcW w:w="2741" w:type="dxa"/>
          </w:tcPr>
          <w:p w14:paraId="77634C02" w14:textId="6BBBF713" w:rsidR="0044155D" w:rsidRDefault="00AB0A3B">
            <w:r>
              <w:t>*</w:t>
            </w:r>
          </w:p>
        </w:tc>
        <w:tc>
          <w:tcPr>
            <w:tcW w:w="2715" w:type="dxa"/>
          </w:tcPr>
          <w:p w14:paraId="3767E495" w14:textId="1D71B934" w:rsidR="0044155D" w:rsidRDefault="00AB0A3B">
            <w:r>
              <w:t>*</w:t>
            </w:r>
          </w:p>
        </w:tc>
      </w:tr>
      <w:tr w:rsidR="0044155D" w14:paraId="3C0EF240" w14:textId="77777777" w:rsidTr="00873CBE">
        <w:tc>
          <w:tcPr>
            <w:tcW w:w="3174" w:type="dxa"/>
          </w:tcPr>
          <w:p w14:paraId="7769A02A" w14:textId="3C38C5F6" w:rsidR="0044155D" w:rsidRDefault="00873CBE">
            <w:proofErr w:type="spellStart"/>
            <w:r>
              <w:t>Ūkvedys</w:t>
            </w:r>
            <w:r w:rsidR="00B21A53">
              <w:t>-sandėlininkas</w:t>
            </w:r>
            <w:proofErr w:type="spellEnd"/>
          </w:p>
        </w:tc>
        <w:tc>
          <w:tcPr>
            <w:tcW w:w="2741" w:type="dxa"/>
          </w:tcPr>
          <w:p w14:paraId="2A3257A5" w14:textId="0763ACAF" w:rsidR="0044155D" w:rsidRDefault="00B21A53">
            <w:r>
              <w:t>2</w:t>
            </w:r>
          </w:p>
        </w:tc>
        <w:tc>
          <w:tcPr>
            <w:tcW w:w="2715" w:type="dxa"/>
          </w:tcPr>
          <w:p w14:paraId="685911DB" w14:textId="7088C7C7" w:rsidR="0044155D" w:rsidRDefault="002238F4">
            <w:r>
              <w:t>598,11</w:t>
            </w:r>
          </w:p>
        </w:tc>
      </w:tr>
      <w:tr w:rsidR="0044155D" w14:paraId="5ED014C5" w14:textId="77777777" w:rsidTr="00873CBE">
        <w:tc>
          <w:tcPr>
            <w:tcW w:w="3174" w:type="dxa"/>
          </w:tcPr>
          <w:p w14:paraId="5C7CD222" w14:textId="77777777" w:rsidR="0044155D" w:rsidRDefault="00D721B5">
            <w:proofErr w:type="spellStart"/>
            <w:r>
              <w:t>Virėjas</w:t>
            </w:r>
            <w:proofErr w:type="spellEnd"/>
          </w:p>
        </w:tc>
        <w:tc>
          <w:tcPr>
            <w:tcW w:w="2741" w:type="dxa"/>
          </w:tcPr>
          <w:p w14:paraId="3B964003" w14:textId="657C9718" w:rsidR="0044155D" w:rsidRDefault="00B21A53">
            <w:r>
              <w:t>2</w:t>
            </w:r>
          </w:p>
        </w:tc>
        <w:tc>
          <w:tcPr>
            <w:tcW w:w="2715" w:type="dxa"/>
          </w:tcPr>
          <w:p w14:paraId="0E228EE1" w14:textId="48009D3E" w:rsidR="0044155D" w:rsidRDefault="0032662B">
            <w:r>
              <w:t>1</w:t>
            </w:r>
            <w:r w:rsidR="002238F4">
              <w:t>015,45</w:t>
            </w:r>
          </w:p>
        </w:tc>
      </w:tr>
      <w:tr w:rsidR="0044155D" w14:paraId="6503C0A6" w14:textId="77777777" w:rsidTr="00873CBE">
        <w:tc>
          <w:tcPr>
            <w:tcW w:w="3174" w:type="dxa"/>
          </w:tcPr>
          <w:p w14:paraId="6FB9AAE5" w14:textId="77777777" w:rsidR="0044155D" w:rsidRDefault="00D721B5">
            <w:proofErr w:type="spellStart"/>
            <w:r>
              <w:t>Valytojas</w:t>
            </w:r>
            <w:proofErr w:type="spellEnd"/>
          </w:p>
        </w:tc>
        <w:tc>
          <w:tcPr>
            <w:tcW w:w="2741" w:type="dxa"/>
          </w:tcPr>
          <w:p w14:paraId="40DE1185" w14:textId="35972A23" w:rsidR="0044155D" w:rsidRDefault="00B21A53">
            <w:r>
              <w:t>2</w:t>
            </w:r>
          </w:p>
        </w:tc>
        <w:tc>
          <w:tcPr>
            <w:tcW w:w="2715" w:type="dxa"/>
          </w:tcPr>
          <w:p w14:paraId="2252FEC0" w14:textId="53A3BE95" w:rsidR="0044155D" w:rsidRDefault="002238F4">
            <w:r>
              <w:t>MMA</w:t>
            </w:r>
          </w:p>
        </w:tc>
      </w:tr>
      <w:tr w:rsidR="0044155D" w14:paraId="0C83BF10" w14:textId="77777777" w:rsidTr="00873CBE">
        <w:tc>
          <w:tcPr>
            <w:tcW w:w="3174" w:type="dxa"/>
          </w:tcPr>
          <w:p w14:paraId="5C028349" w14:textId="74000E05" w:rsidR="0044155D" w:rsidRDefault="00B21A53">
            <w:proofErr w:type="spellStart"/>
            <w:r>
              <w:t>Treniruoklių</w:t>
            </w:r>
            <w:proofErr w:type="spellEnd"/>
            <w:r>
              <w:t xml:space="preserve"> </w:t>
            </w:r>
            <w:proofErr w:type="spellStart"/>
            <w:r>
              <w:t>salės</w:t>
            </w:r>
            <w:proofErr w:type="spellEnd"/>
            <w:r>
              <w:t xml:space="preserve"> </w:t>
            </w:r>
            <w:proofErr w:type="spellStart"/>
            <w:r>
              <w:t>prižiūrėtojas</w:t>
            </w:r>
            <w:proofErr w:type="spellEnd"/>
          </w:p>
        </w:tc>
        <w:tc>
          <w:tcPr>
            <w:tcW w:w="2741" w:type="dxa"/>
          </w:tcPr>
          <w:p w14:paraId="67735F55" w14:textId="77777777" w:rsidR="0044155D" w:rsidRDefault="00D721B5">
            <w:r>
              <w:t>1</w:t>
            </w:r>
          </w:p>
        </w:tc>
        <w:tc>
          <w:tcPr>
            <w:tcW w:w="2715" w:type="dxa"/>
          </w:tcPr>
          <w:p w14:paraId="501D3B96" w14:textId="197175B7" w:rsidR="0044155D" w:rsidRDefault="002238F4">
            <w:r>
              <w:t>MMA</w:t>
            </w:r>
          </w:p>
        </w:tc>
      </w:tr>
      <w:tr w:rsidR="00F16E33" w14:paraId="253CED48" w14:textId="77777777" w:rsidTr="00873CBE">
        <w:tc>
          <w:tcPr>
            <w:tcW w:w="3174" w:type="dxa"/>
          </w:tcPr>
          <w:p w14:paraId="75048B55" w14:textId="14C9D1E5" w:rsidR="00F16E33" w:rsidRDefault="00F16E33">
            <w:proofErr w:type="spellStart"/>
            <w:r>
              <w:t>Pagalbinė</w:t>
            </w:r>
            <w:proofErr w:type="spellEnd"/>
            <w:r>
              <w:t xml:space="preserve"> </w:t>
            </w:r>
            <w:proofErr w:type="spellStart"/>
            <w:r>
              <w:t>darbuotoja</w:t>
            </w:r>
            <w:proofErr w:type="spellEnd"/>
          </w:p>
        </w:tc>
        <w:tc>
          <w:tcPr>
            <w:tcW w:w="2741" w:type="dxa"/>
          </w:tcPr>
          <w:p w14:paraId="4A624380" w14:textId="1D85FF75" w:rsidR="00F16E33" w:rsidRDefault="00F16E33">
            <w:r>
              <w:t>1</w:t>
            </w:r>
          </w:p>
        </w:tc>
        <w:tc>
          <w:tcPr>
            <w:tcW w:w="2715" w:type="dxa"/>
          </w:tcPr>
          <w:p w14:paraId="36C456A6" w14:textId="44C707A6" w:rsidR="00F16E33" w:rsidRDefault="002238F4">
            <w:r>
              <w:t>MMA</w:t>
            </w:r>
          </w:p>
        </w:tc>
      </w:tr>
      <w:tr w:rsidR="0044155D" w14:paraId="6ECE060F" w14:textId="77777777" w:rsidTr="00873CBE">
        <w:tc>
          <w:tcPr>
            <w:tcW w:w="3174" w:type="dxa"/>
          </w:tcPr>
          <w:p w14:paraId="35458CEC" w14:textId="3EA2CC7E" w:rsidR="0044155D" w:rsidRDefault="00B21A53">
            <w:proofErr w:type="spellStart"/>
            <w:r>
              <w:t>Darbininkas</w:t>
            </w:r>
            <w:proofErr w:type="spellEnd"/>
            <w:r>
              <w:t xml:space="preserve"> </w:t>
            </w:r>
          </w:p>
        </w:tc>
        <w:tc>
          <w:tcPr>
            <w:tcW w:w="2741" w:type="dxa"/>
          </w:tcPr>
          <w:p w14:paraId="483C17D8" w14:textId="068BC855" w:rsidR="0044155D" w:rsidRDefault="00B21A53">
            <w:r>
              <w:t>2</w:t>
            </w:r>
          </w:p>
        </w:tc>
        <w:tc>
          <w:tcPr>
            <w:tcW w:w="2715" w:type="dxa"/>
          </w:tcPr>
          <w:p w14:paraId="446B98B4" w14:textId="2B3F2ACA" w:rsidR="0044155D" w:rsidRDefault="002238F4">
            <w:r>
              <w:t>MMA</w:t>
            </w:r>
          </w:p>
        </w:tc>
      </w:tr>
    </w:tbl>
    <w:p w14:paraId="4D78602D" w14:textId="0F682B98" w:rsidR="0044155D" w:rsidRDefault="00D721B5">
      <w:r>
        <w:br/>
        <w:t xml:space="preserve">* </w:t>
      </w:r>
      <w:proofErr w:type="spellStart"/>
      <w:r>
        <w:t>Darbuotojo</w:t>
      </w:r>
      <w:proofErr w:type="spellEnd"/>
      <w:r>
        <w:t xml:space="preserve">, kuris </w:t>
      </w:r>
      <w:proofErr w:type="spellStart"/>
      <w:r>
        <w:t>vienintelis</w:t>
      </w:r>
      <w:proofErr w:type="spellEnd"/>
      <w:r>
        <w:t xml:space="preserve"> </w:t>
      </w:r>
      <w:proofErr w:type="spellStart"/>
      <w:r>
        <w:t>įstaigoje</w:t>
      </w:r>
      <w:proofErr w:type="spellEnd"/>
      <w:r>
        <w:t xml:space="preserve"> </w:t>
      </w:r>
      <w:proofErr w:type="spellStart"/>
      <w:r>
        <w:t>eina</w:t>
      </w:r>
      <w:proofErr w:type="spellEnd"/>
      <w:r>
        <w:t xml:space="preserve"> </w:t>
      </w:r>
      <w:proofErr w:type="spellStart"/>
      <w:r>
        <w:t>atitinkamas</w:t>
      </w:r>
      <w:proofErr w:type="spellEnd"/>
      <w:r>
        <w:t xml:space="preserve"> </w:t>
      </w:r>
      <w:proofErr w:type="spellStart"/>
      <w:r>
        <w:t>pareigas</w:t>
      </w:r>
      <w:proofErr w:type="spellEnd"/>
      <w:r>
        <w:t xml:space="preserve">, </w:t>
      </w:r>
      <w:proofErr w:type="spellStart"/>
      <w:r>
        <w:t>einamųjų</w:t>
      </w:r>
      <w:proofErr w:type="spellEnd"/>
      <w:r>
        <w:t xml:space="preserve">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praėjusio</w:t>
      </w:r>
      <w:proofErr w:type="spellEnd"/>
      <w:r>
        <w:t xml:space="preserve"> </w:t>
      </w:r>
      <w:proofErr w:type="spellStart"/>
      <w:r>
        <w:t>ketvirčio</w:t>
      </w:r>
      <w:proofErr w:type="spellEnd"/>
      <w:r>
        <w:t xml:space="preserve"> </w:t>
      </w:r>
      <w:proofErr w:type="spellStart"/>
      <w:r>
        <w:t>vidutinis</w:t>
      </w:r>
      <w:proofErr w:type="spellEnd"/>
      <w:r>
        <w:t xml:space="preserve"> </w:t>
      </w:r>
      <w:proofErr w:type="spellStart"/>
      <w:r>
        <w:t>mėnesinis</w:t>
      </w:r>
      <w:proofErr w:type="spellEnd"/>
      <w:r>
        <w:t xml:space="preserve"> </w:t>
      </w:r>
      <w:proofErr w:type="spellStart"/>
      <w:r>
        <w:t>nustatytasis</w:t>
      </w:r>
      <w:proofErr w:type="spellEnd"/>
      <w:r>
        <w:t xml:space="preserve"> (</w:t>
      </w:r>
      <w:proofErr w:type="spellStart"/>
      <w:r>
        <w:t>paskirtasis</w:t>
      </w:r>
      <w:proofErr w:type="spellEnd"/>
      <w:r>
        <w:t xml:space="preserve">)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užmokestis</w:t>
      </w:r>
      <w:proofErr w:type="spellEnd"/>
      <w:r>
        <w:t xml:space="preserve"> </w:t>
      </w:r>
      <w:proofErr w:type="spellStart"/>
      <w:r>
        <w:t>pateikiam</w:t>
      </w:r>
      <w:r w:rsidR="0032662B">
        <w:t>as</w:t>
      </w:r>
      <w:proofErr w:type="spellEnd"/>
      <w:r>
        <w:t xml:space="preserve"> </w:t>
      </w:r>
      <w:proofErr w:type="spellStart"/>
      <w:r>
        <w:t>tik</w:t>
      </w:r>
      <w:proofErr w:type="spellEnd"/>
      <w:r>
        <w:t xml:space="preserve"> </w:t>
      </w:r>
      <w:proofErr w:type="spellStart"/>
      <w:r>
        <w:t>gavus</w:t>
      </w:r>
      <w:proofErr w:type="spellEnd"/>
      <w:r>
        <w:t xml:space="preserve"> jo </w:t>
      </w:r>
      <w:proofErr w:type="spellStart"/>
      <w:r>
        <w:t>sutikimą</w:t>
      </w:r>
      <w:proofErr w:type="spellEnd"/>
      <w:r>
        <w:t>.</w:t>
      </w:r>
    </w:p>
    <w:sectPr w:rsidR="004415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238F4"/>
    <w:rsid w:val="0029639D"/>
    <w:rsid w:val="002E7F8D"/>
    <w:rsid w:val="0032662B"/>
    <w:rsid w:val="00326F90"/>
    <w:rsid w:val="003A6CF0"/>
    <w:rsid w:val="0044155D"/>
    <w:rsid w:val="0078278B"/>
    <w:rsid w:val="00873CBE"/>
    <w:rsid w:val="008D01E6"/>
    <w:rsid w:val="00AA1D8D"/>
    <w:rsid w:val="00AB0A3B"/>
    <w:rsid w:val="00B21A53"/>
    <w:rsid w:val="00B47730"/>
    <w:rsid w:val="00C45A01"/>
    <w:rsid w:val="00CB0664"/>
    <w:rsid w:val="00CE004A"/>
    <w:rsid w:val="00D721B5"/>
    <w:rsid w:val="00F16E33"/>
    <w:rsid w:val="00F170BC"/>
    <w:rsid w:val="00F478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428C2"/>
  <w14:defaultImageDpi w14:val="300"/>
  <w15:docId w15:val="{314A3B0C-23C5-4780-93FF-1BF41BA0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826704-074F-4698-9639-804539810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2026-06-15T06:21:00Z</dcterms:created>
  <dcterms:modified xsi:type="dcterms:W3CDTF">2026-06-15T06:21:00Z</dcterms:modified>
  <cp:category/>
</cp:coreProperties>
</file>